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חנ״מ – צרכנות נבונה צעד אחרי צעד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מטבעות ישראליים לפי הערך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ספירת כסף פשוטה לפני 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צריך לרוצה ולעצור רגע לפני שקונים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מכירים מטבעות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מטבע גדול וכסוף עם המספר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עוצרים וחושבים אם צריך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5 גדול יותר מ-1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מחליטים אם באמת צריך את המוצר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מתאימים מטבע לערך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(עשירית משקל)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(50 אגורות)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(מטבע גדול וכסוף)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קונים צעד אחרי צעד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מוצר שרוצים לקנות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בודקים כמה המוצר 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מקבלים את המוצר ואת העודף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צריך או רוצה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עוצרים, נושמים, וחושבים אם באמת צריך את המוצר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יום קניות נבון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קריטריונים למורה: הסיפור כולל בחירת מוצר, ספירת כסף נכונה, ושימוש בחשיבה של צריך מול רוצה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מטבע 5 שקלים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שצריך הוא חיוני ורוצה הוא לא הכרחי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עצירה ומחשבה לפני תשלום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מטבעות אמיתיים או מוגדלים כדי לתרגל זיהוי ומישוש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המילוי כדאי לשחק יחד בדוגמה אחת של קנייה צעד אחרי צעד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אפשר לדלג על הפריטים המסומנים ולהתמקד בזיהוי מטבעות ובסדר הקנייה הבסיסי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חנ״מ – צרכנות נבונה צעד אחרי צעד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הדרך הנכונה לקנות: מזהים מטבעות, סופרים כסף, ועוצרים לחשוב אם באמת צריך את המוצר לפני שמשלמים.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מכירים מטבעות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מטבע הוא 5 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שטר נייר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מטבע עם 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מטבע גדול וכסוף עם המספר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עושים קודם כשרוצים לקנות משהו?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רצים לקופה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זורקים את הכסף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עוצרים וחושבים אם צריך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5 ₪ שווה יותר מ-1 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לפני שקונים כדאי לעצור ולחשוב רגע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מתאימים מטבע לערך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10 אגורות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מטבע גדול וכסוף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חצי שקל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עשירית משקל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5 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50 אגורות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קונים צעד אחרי צעד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מקבלים את המוצר ואת העודף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מוצר שרוצים לקנות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בודקים כמה המוצר עולה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צריך או רוצה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עושים ברגע לפני שקונים משהו?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יום קניות נבון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סיפור קצר על יום קניות שבו הייתם קונים/ות בצורה נבונה - מה קניתם, איך בחרתם, ואיך שילמתם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איזה מטבע שווה 5 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צריך לרוצה?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חנ״מ – צרכנות נבונה צעד אחרי צעד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