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צרכנות נבונה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ישראליים לפי הערך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כסף פשוטה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צריך לרוצה ולעצור רגע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מטבע גדול וכסוף עם המספר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עוצרים וחושבים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צריך זה דבר חשוב לחיים ורוצה זה משהו שכיף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תעודת קונה נבון/ה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 גדול יותר מ-1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לספור את כל המטבעות כדי לדעת כמה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מחליטים אם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דברים שרוצים אבל לא חייבים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בדף יש פעילות כזו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מטבע לערך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(עשירית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(מטבע קטן עם המספר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(מטבע גדול וכסוף)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(מטבע עם שני צבעים)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קונים צעד אחרי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המוצר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סופרים את הכסף 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גוררים את המטבעות המתאימים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את המוצר ואת העודף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צריך או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נושמים, וחושבים אם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רציתי לקנות ממתק אבל עצרתי וחשבתי שכבר אכלתי מתוק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יום קניות נבון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למורה: הסיפור כולל בחירת מוצר, ספירת כסף נכונה, ושימוש בחשיבה של צריך מול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מטבע 5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הוא חיוני ורוצה הוא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עצירה ומחשבה לפני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אמיתיים או מוגדלים כדי לתרגל זיהוי ומישוש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המילוי כדאי לשחק יחד בדוגמה אחת של קנייה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ולהתמקד בזיהוי מטבעות ובסדר הקנייה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צרכנות נבונה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להכיר כסף, לספור אותו, ולחשוב לפני שקונים דברים.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מַטְבֵּעַ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וקשה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לְשַׁלֵּם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לִסְפּוֹר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צָרִיךְ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שאי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רוֹצֶה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שכיף לקבל אבל לא הכרחי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קוֹנֶה/קוֹנָה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שמשלם ומקבל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מוּצָר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לקנות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אחרי התשלום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מכירים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המטבע של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 עם 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 גדול וכסוף עם המספר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קטן זהוב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חצי שקל שווה כמה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המטבע הכי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השלב הראשון לפני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וחושבים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אוכלים את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המילים האלה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רוצה זה יותר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זה דבר חשוב לחיים ורוצה זה משהו שכיף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זה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מקבלים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מטבע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קונה נבון/ה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₪ שווה יותר מ-1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כשסופרים כסף אפשר לדלג על חלק מהמטבעות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שקונים כדאי לעצור ולחשוב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שרוצים הוא גם דבר שצריכים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לתרגל קניות גם במשחק של חדר בריחה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מטבע לערך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 אגורות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מטבע גדול וכסוף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מטבע קטן עם המספר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5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מטבע עם שני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עשירית משקל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קונים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גוררים את המטבעות המתאימים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את המוצר ואת העודף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 שרוצים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הכסף 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כמה המוצר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ברגע לפני שקונים משהו?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עצרתם לחשוב לפני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יום קניות נבון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קצר על יום קניות שבו הייתם קונים/ות בצורה נבונה - מה קניתם, איך בחרתם, ואיך שילמתם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מטבע שווה 5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צריך לרוצה?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רגע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חנ״מ – צרכנות נבונה צעד אחרי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