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ישראליים לפי הערך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כסף פשוטה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צריך לרוצה ולעצור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מטבע גדול וכסוף עם המספר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עוצרים וחושבים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צריך זה דבר חשוב לחיים ורוצה זה משהו שכיף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תעודת קונה נבון/ה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 גדול יותר מ-1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לספור את כל המטבעות כדי לדעת כמה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מחליטים אם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דברים שרוצים אבל לא חייבים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בדף יש פעילות כזו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מטבע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(עשירית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(מטבע קטן עם המספר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(מטבע גדול וכסוף)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(מטבע עם שני 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קונים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המוצר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סופרים את הכסף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גוררים את המטבעות המתאימים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את המוצר ואת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נושמים, וחושבים אם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רציתי לקנות ממתק אבל עצרתי וחשבתי שכבר אכלתי מתוק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יום קניות נבון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למורה: הסיפור כולל בחירת מוצר, ספירת כסף נכונה, ושימוש בחשיבה של צריך מול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מטבע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הוא חיוני ורוצה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עצירה ומחשבה לפני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מוגדלים כדי לתרגל זיהוי ומישוש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המילוי כדאי לשחק יחד בדוגמה אחת של קנייה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בזיהוי מטבעות ובסדר הקנייה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הדרך הנכונה לקנות: מזהים מטבעות, סופרים כסף, ועוצרים לחשוב אם באמת צריך את המוצר לפני שמשלמים.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הוא 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 עם 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 גדול וכסוף עם המספר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קטן זהוב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אגורות יש בחצי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מטבע הכי קטן בערכו?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כשרוצים לקנות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וחושבים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אוכלים את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צריך לרוצה?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רוצה זה יותר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זה דבר חשוב לחיים ורוצה זה משהו שכיף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מקבלים בסוף כל הפעילויות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מטבע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קונה נבון/ה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₪ שווה יותר מ-1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כשסופרים כסף אפשר לדלג על חלק מהמטבעות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שקונים כדאי לעצור ולחשוב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שרוצים הוא גם דבר שצריכים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לתרגל קניות גם במשחק של חדר בריחה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מטבע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 אגורות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מטבע עם שני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מטבע גדול וכסוף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עשירית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מטבע קטן עם המספר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קונים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כמה המוצר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הכסף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את המוצר ואת העודף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גוררים את המטבעות המתאימים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ברגע לפני שקונים משהו?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עצרתם לחשוב לפני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יום קניות 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על יום קניות שבו הייתם קונים/ות בצורה נבונה - מה קניתם, איך בחרתם, ואיך שילמתם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מטבע שווה 5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רגע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צרכנות נבונה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